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Profile count — Swarm API (Job title keywords: architect, engineer, geological, health and safety, hr, surveyor, spatial, Certified Senior Advisor, Vice Chancellor)</w:t>
      </w:r>
    </w:p>
    <w:p>
      <w:r>
        <w:t>Generated (UTC): 2026-10-28T03:23:23Z</w:t>
      </w:r>
    </w:p>
    <w:p>
      <w:r>
        <w:t>Counts profiles via the Swarm API by countries, schools, companies, and job title keywords from database keyword segments.</w:t>
      </w:r>
    </w:p>
    <w:p>
      <w:pPr>
        <w:pStyle w:val="Heading1"/>
      </w:pPr>
      <w:r>
        <w:t>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Segments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Counted segments</w:t>
            </w:r>
          </w:p>
        </w:tc>
        <w:tc>
          <w:tcPr>
            <w:tcW w:type="dxa" w:w="4320"/>
          </w:tcPr>
          <w:p>
            <w:r>
              <w:t>77 / 79</w:t>
            </w:r>
          </w:p>
        </w:tc>
      </w:tr>
      <w:tr>
        <w:tc>
          <w:tcPr>
            <w:tcW w:type="dxa" w:w="4320"/>
          </w:tcPr>
          <w:p>
            <w:r>
              <w:t>Total profile count</w:t>
            </w:r>
          </w:p>
        </w:tc>
        <w:tc>
          <w:tcPr>
            <w:tcW w:type="dxa" w:w="4320"/>
          </w:tcPr>
          <w:p>
            <w:r>
              <w:t>4,174,434</w:t>
            </w:r>
          </w:p>
        </w:tc>
      </w:tr>
    </w:tbl>
    <w:p/>
    <w:p>
      <w:pPr>
        <w:pStyle w:val="Heading1"/>
      </w:pPr>
      <w:r>
        <w:t>Results by segment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#</w:t>
            </w:r>
          </w:p>
        </w:tc>
        <w:tc>
          <w:tcPr>
            <w:tcW w:type="dxa" w:w="1234"/>
          </w:tcPr>
          <w:p>
            <w:r>
              <w:t>Segment</w:t>
            </w:r>
          </w:p>
        </w:tc>
        <w:tc>
          <w:tcPr>
            <w:tcW w:type="dxa" w:w="1234"/>
          </w:tcPr>
          <w:p>
            <w:r>
              <w:t>Countries</w:t>
            </w:r>
          </w:p>
        </w:tc>
        <w:tc>
          <w:tcPr>
            <w:tcW w:type="dxa" w:w="1234"/>
          </w:tcPr>
          <w:p>
            <w:r>
              <w:t>Schools</w:t>
            </w:r>
          </w:p>
        </w:tc>
        <w:tc>
          <w:tcPr>
            <w:tcW w:type="dxa" w:w="1234"/>
          </w:tcPr>
          <w:p>
            <w:r>
              <w:t>Companies</w:t>
            </w:r>
          </w:p>
        </w:tc>
        <w:tc>
          <w:tcPr>
            <w:tcW w:type="dxa" w:w="1234"/>
          </w:tcPr>
          <w:p>
            <w:r>
              <w:t>Job title keywords</w:t>
            </w:r>
          </w:p>
        </w:tc>
        <w:tc>
          <w:tcPr>
            <w:tcW w:type="dxa" w:w="1234"/>
          </w:tcPr>
          <w:p>
            <w:r>
              <w:t>Profile count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architect_au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architect</w:t>
            </w:r>
          </w:p>
        </w:tc>
        <w:tc>
          <w:tcPr>
            <w:tcW w:type="dxa" w:w="1234"/>
          </w:tcPr>
          <w:p>
            <w:r>
              <w:t>100,265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engineers_au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engineer</w:t>
            </w:r>
          </w:p>
        </w:tc>
        <w:tc>
          <w:tcPr>
            <w:tcW w:type="dxa" w:w="1234"/>
          </w:tcPr>
          <w:p>
            <w:r>
              <w:t>374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engineers_ca</w:t>
            </w:r>
          </w:p>
        </w:tc>
        <w:tc>
          <w:tcPr>
            <w:tcW w:type="dxa" w:w="1234"/>
          </w:tcPr>
          <w:p>
            <w:r>
              <w:t>Canada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engineer</w:t>
            </w:r>
          </w:p>
        </w:tc>
        <w:tc>
          <w:tcPr>
            <w:tcW w:type="dxa" w:w="1234"/>
          </w:tcPr>
          <w:p>
            <w:r>
              <w:t>853,558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geology_au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geological</w:t>
            </w:r>
          </w:p>
        </w:tc>
        <w:tc>
          <w:tcPr>
            <w:tcW w:type="dxa" w:w="1234"/>
          </w:tcPr>
          <w:p>
            <w:r>
              <w:t>1,303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health_safety_au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health and safety</w:t>
            </w:r>
          </w:p>
        </w:tc>
        <w:tc>
          <w:tcPr>
            <w:tcW w:type="dxa" w:w="1234"/>
          </w:tcPr>
          <w:p>
            <w:r>
              <w:t>16,184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hr_australia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hr</w:t>
            </w:r>
          </w:p>
        </w:tc>
        <w:tc>
          <w:tcPr>
            <w:tcW w:type="dxa" w:w="1234"/>
          </w:tcPr>
          <w:p>
            <w:r>
              <w:t>74,239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rmit_in</w:t>
            </w:r>
          </w:p>
        </w:tc>
        <w:tc>
          <w:tcPr>
            <w:tcW w:type="dxa" w:w="1234"/>
          </w:tcPr>
          <w:p>
            <w:r>
              <w:t>India</w:t>
            </w:r>
          </w:p>
        </w:tc>
        <w:tc>
          <w:tcPr>
            <w:tcW w:type="dxa" w:w="1234"/>
          </w:tcPr>
          <w:p>
            <w:r>
              <w:t>RMIT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2,789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rmit_ph</w:t>
            </w:r>
          </w:p>
        </w:tc>
        <w:tc>
          <w:tcPr>
            <w:tcW w:type="dxa" w:w="1234"/>
          </w:tcPr>
          <w:p>
            <w:r>
              <w:t>Philippines</w:t>
            </w:r>
          </w:p>
        </w:tc>
        <w:tc>
          <w:tcPr>
            <w:tcW w:type="dxa" w:w="1234"/>
          </w:tcPr>
          <w:p>
            <w:r>
              <w:t>RMIT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229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surveyor_asia</w:t>
            </w:r>
          </w:p>
        </w:tc>
        <w:tc>
          <w:tcPr>
            <w:tcW w:type="dxa" w:w="1234"/>
          </w:tcPr>
          <w:p>
            <w:r>
              <w:t>Vietnam | Singapore | Thailand | Malaysia | Indonesia | Philippines | India | China | Japan | South Korea | Hong Kong | Taiwan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215,625</w:t>
            </w:r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surveyor_au</w:t>
            </w:r>
          </w:p>
        </w:tc>
        <w:tc>
          <w:tcPr>
            <w:tcW w:type="dxa" w:w="1234"/>
          </w:tcPr>
          <w:p>
            <w:r>
              <w:t>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33,205</w:t>
            </w:r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surveyor_ca</w:t>
            </w:r>
          </w:p>
        </w:tc>
        <w:tc>
          <w:tcPr>
            <w:tcW w:type="dxa" w:w="1234"/>
          </w:tcPr>
          <w:p>
            <w:r>
              <w:t>Canada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22,814</w:t>
            </w:r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surveyor_uk</w:t>
            </w:r>
          </w:p>
        </w:tc>
        <w:tc>
          <w:tcPr>
            <w:tcW w:type="dxa" w:w="1234"/>
          </w:tcPr>
          <w:p>
            <w:r>
              <w:t>United Kingdom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188,960</w:t>
            </w:r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surveyor_us</w:t>
            </w:r>
          </w:p>
        </w:tc>
        <w:tc>
          <w:tcPr>
            <w:tcW w:type="dxa" w:w="1234"/>
          </w:tcPr>
          <w:p>
            <w:r>
              <w:t>United States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surveyor | spatial</w:t>
            </w:r>
          </w:p>
        </w:tc>
        <w:tc>
          <w:tcPr>
            <w:tcW w:type="dxa" w:w="1234"/>
          </w:tcPr>
          <w:p>
            <w:r>
              <w:t>86,513</w:t>
            </w:r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university_york_global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York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109,118</w:t>
            </w:r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test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Certified Senior Advisor</w:t>
            </w:r>
          </w:p>
        </w:tc>
        <w:tc>
          <w:tcPr>
            <w:tcW w:type="dxa" w:w="1234"/>
          </w:tcPr>
          <w:p>
            <w:r>
              <w:t>209</w:t>
            </w:r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csa_us</w:t>
            </w:r>
          </w:p>
        </w:tc>
        <w:tc>
          <w:tcPr>
            <w:tcW w:type="dxa" w:w="1234"/>
          </w:tcPr>
          <w:p>
            <w:r>
              <w:t>United States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Certified Senior Advisor</w:t>
            </w:r>
          </w:p>
        </w:tc>
        <w:tc>
          <w:tcPr>
            <w:tcW w:type="dxa" w:w="1234"/>
          </w:tcPr>
          <w:p>
            <w:r>
              <w:t>197</w:t>
            </w:r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nottingham_uk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Nottingham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221,229</w:t>
            </w:r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nottingham_china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The University of Nottingham Ningbo China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9,918</w:t>
            </w:r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nottingham_malaysia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Nottingham Malaysia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13,804</w:t>
            </w:r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queens_university_belfast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Queen's University Belfast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98,737</w:t>
            </w:r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sp_acadia_university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Acadia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25,409</w:t>
            </w:r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dalhousie_university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Dalhousie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108,756</w:t>
            </w:r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st_francis_xavier_university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St Francis Xavier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26,069</w:t>
            </w:r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saint_marys_university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Saint Mary's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88,164</w:t>
            </w:r>
          </w:p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atlantic_school_of_theology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Atlantic School of Theology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396</w:t>
            </w:r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mount_saint_vincent_university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Mount Saint Vincent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16,984</w:t>
            </w:r>
          </w:p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universite_sainte_anne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Université Sainte-Anne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2,461</w:t>
            </w:r>
          </w:p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cape_breton_university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Cape Breton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17,593</w:t>
            </w:r>
          </w:p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university_of_kings_college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Kings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163</w:t>
            </w:r>
          </w:p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university_of_king_s_college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King's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6,153</w:t>
            </w:r>
          </w:p>
        </w:tc>
      </w:tr>
      <w:tr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nscad_university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NSCAD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306</w:t>
            </w:r>
          </w:p>
        </w:tc>
      </w:tr>
      <w:tr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nova_scotia_college_of_art_and_design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Nova Scotia College of Art and Design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4,950</w:t>
            </w:r>
          </w:p>
        </w:tc>
      </w:tr>
      <w:tr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nova_scotia_community_college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Nova Scotia Community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33,220</w:t>
            </w:r>
          </w:p>
        </w:tc>
      </w:tr>
      <w:tr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harper_adams_university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Harper Adams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12,869</w:t>
            </w:r>
          </w:p>
        </w:tc>
      </w:tr>
      <w:tr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university_of_ottawa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Ottawa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197,215</w:t>
            </w:r>
          </w:p>
        </w:tc>
      </w:tr>
      <w:tr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victoria_university_of_wellington_nz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Victoria University of Wellington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96,792</w:t>
            </w:r>
          </w:p>
        </w:tc>
      </w:tr>
      <w:tr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capilano_university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Capilano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34,657</w:t>
            </w:r>
          </w:p>
        </w:tc>
      </w:tr>
      <w:tr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universidad_tecnologica_de_bolivar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Universidad Tecnológica de Bolívar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15,539</w:t>
            </w:r>
          </w:p>
        </w:tc>
      </w:tr>
      <w:tr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university_of_exeter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Exeter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—</w:t>
            </w:r>
          </w:p>
        </w:tc>
      </w:tr>
      <w:tr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teesside_university_uk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Teesside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77,738</w:t>
            </w:r>
          </w:p>
        </w:tc>
      </w:tr>
      <w:tr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southeast_missouri_state_university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Southeast Missouri State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48,270</w:t>
            </w:r>
          </w:p>
        </w:tc>
      </w:tr>
      <w:tr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middlesex_university_uk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Middlesex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169,868</w:t>
            </w:r>
          </w:p>
        </w:tc>
      </w:tr>
      <w:tr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hamad_bin_khalifa_university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Hamad Bin Khalifa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2,298</w:t>
            </w:r>
          </w:p>
        </w:tc>
      </w:tr>
      <w:tr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les_roches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Les Roches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23,038</w:t>
            </w:r>
          </w:p>
        </w:tc>
      </w:tr>
      <w:tr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royal_college_of_art</w:t>
            </w:r>
          </w:p>
        </w:tc>
        <w:tc>
          <w:tcPr>
            <w:tcW w:type="dxa" w:w="1234"/>
          </w:tcPr>
          <w:p>
            <w:r>
              <w:t>United States</w:t>
            </w:r>
          </w:p>
        </w:tc>
        <w:tc>
          <w:tcPr>
            <w:tcW w:type="dxa" w:w="1234"/>
          </w:tcPr>
          <w:p>
            <w:r>
              <w:t>Royal College of Art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2,160</w:t>
            </w:r>
          </w:p>
        </w:tc>
      </w:tr>
      <w:tr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university_of_portsmouth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Portsmouth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157,121</w:t>
            </w:r>
          </w:p>
        </w:tc>
      </w:tr>
      <w:tr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nexford_university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Nexford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8,049</w:t>
            </w:r>
          </w:p>
        </w:tc>
      </w:tr>
      <w:tr>
        <w:tc>
          <w:tcPr>
            <w:tcW w:type="dxa" w:w="1234"/>
          </w:tcPr>
          <w:p>
            <w:r>
              <w:t>48</w:t>
            </w:r>
          </w:p>
        </w:tc>
        <w:tc>
          <w:tcPr>
            <w:tcW w:type="dxa" w:w="1234"/>
          </w:tcPr>
          <w:p>
            <w:r>
              <w:t>james_cook_university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James Cook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61,105</w:t>
            </w:r>
          </w:p>
        </w:tc>
      </w:tr>
      <w:tr>
        <w:tc>
          <w:tcPr>
            <w:tcW w:type="dxa" w:w="1234"/>
          </w:tcPr>
          <w:p>
            <w:r>
              <w:t>49</w:t>
            </w:r>
          </w:p>
        </w:tc>
        <w:tc>
          <w:tcPr>
            <w:tcW w:type="dxa" w:w="1234"/>
          </w:tcPr>
          <w:p>
            <w:r>
              <w:t>alana_kaye_college_nt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Alana Kaye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177</w:t>
            </w:r>
          </w:p>
        </w:tc>
      </w:tr>
      <w:tr>
        <w:tc>
          <w:tcPr>
            <w:tcW w:type="dxa" w:w="1234"/>
          </w:tcPr>
          <w:p>
            <w:r>
              <w:t>50</w:t>
            </w:r>
          </w:p>
        </w:tc>
        <w:tc>
          <w:tcPr>
            <w:tcW w:type="dxa" w:w="1234"/>
          </w:tcPr>
          <w:p>
            <w:r>
              <w:t>alice_springs_college_of_australia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Alice Springs College of Australia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</w:t>
            </w:r>
          </w:p>
        </w:tc>
      </w:tr>
      <w:tr>
        <w:tc>
          <w:tcPr>
            <w:tcW w:type="dxa" w:w="1234"/>
          </w:tcPr>
          <w:p>
            <w:r>
              <w:t>51</w:t>
            </w:r>
          </w:p>
        </w:tc>
        <w:tc>
          <w:tcPr>
            <w:tcW w:type="dxa" w:w="1234"/>
          </w:tcPr>
          <w:p>
            <w:r>
              <w:t>ausinet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AUSINET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64</w:t>
            </w:r>
          </w:p>
        </w:tc>
      </w:tr>
      <w:tr>
        <w:tc>
          <w:tcPr>
            <w:tcW w:type="dxa" w:w="1234"/>
          </w:tcPr>
          <w:p>
            <w:r>
              <w:t>52</w:t>
            </w:r>
          </w:p>
        </w:tc>
        <w:tc>
          <w:tcPr>
            <w:tcW w:type="dxa" w:w="1234"/>
          </w:tcPr>
          <w:p>
            <w:r>
              <w:t>canterbury_institute_of_management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Canterbury Institute of Management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391</w:t>
            </w:r>
          </w:p>
        </w:tc>
      </w:tr>
      <w:tr>
        <w:tc>
          <w:tcPr>
            <w:tcW w:type="dxa" w:w="1234"/>
          </w:tcPr>
          <w:p>
            <w:r>
              <w:t>53</w:t>
            </w:r>
          </w:p>
        </w:tc>
        <w:tc>
          <w:tcPr>
            <w:tcW w:type="dxa" w:w="1234"/>
          </w:tcPr>
          <w:p>
            <w:r>
              <w:t>australian_careers_college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Australian Careers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61</w:t>
            </w:r>
          </w:p>
        </w:tc>
      </w:tr>
      <w:tr>
        <w:tc>
          <w:tcPr>
            <w:tcW w:type="dxa" w:w="1234"/>
          </w:tcPr>
          <w:p>
            <w:r>
              <w:t>54</w:t>
            </w:r>
          </w:p>
        </w:tc>
        <w:tc>
          <w:tcPr>
            <w:tcW w:type="dxa" w:w="1234"/>
          </w:tcPr>
          <w:p>
            <w:r>
              <w:t>australian_city_international_college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Australian City International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</w:t>
            </w:r>
          </w:p>
        </w:tc>
      </w:tr>
      <w:tr>
        <w:tc>
          <w:tcPr>
            <w:tcW w:type="dxa" w:w="1234"/>
          </w:tcPr>
          <w:p>
            <w:r>
              <w:t>55</w:t>
            </w:r>
          </w:p>
        </w:tc>
        <w:tc>
          <w:tcPr>
            <w:tcW w:type="dxa" w:w="1234"/>
          </w:tcPr>
          <w:p>
            <w:r>
              <w:t>australian_institute_of_business_and_technology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Australian Institute of Business and Technology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196</w:t>
            </w:r>
          </w:p>
        </w:tc>
      </w:tr>
      <w:tr>
        <w:tc>
          <w:tcPr>
            <w:tcW w:type="dxa" w:w="1234"/>
          </w:tcPr>
          <w:p>
            <w:r>
              <w:t>56</w:t>
            </w:r>
          </w:p>
        </w:tc>
        <w:tc>
          <w:tcPr>
            <w:tcW w:type="dxa" w:w="1234"/>
          </w:tcPr>
          <w:p>
            <w:r>
              <w:t>charles_darwin_university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Charles Darwin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24,415</w:t>
            </w:r>
          </w:p>
        </w:tc>
      </w:tr>
      <w:tr>
        <w:tc>
          <w:tcPr>
            <w:tcW w:type="dxa" w:w="1234"/>
          </w:tcPr>
          <w:p>
            <w:r>
              <w:t>57</w:t>
            </w:r>
          </w:p>
        </w:tc>
        <w:tc>
          <w:tcPr>
            <w:tcW w:type="dxa" w:w="1234"/>
          </w:tcPr>
          <w:p>
            <w:r>
              <w:t>darwin_city_college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Darwin City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58</w:t>
            </w:r>
          </w:p>
        </w:tc>
        <w:tc>
          <w:tcPr>
            <w:tcW w:type="dxa" w:w="1234"/>
          </w:tcPr>
          <w:p>
            <w:r>
              <w:t>darwin_high_school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Darwin High School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1,650</w:t>
            </w:r>
          </w:p>
        </w:tc>
      </w:tr>
      <w:tr>
        <w:tc>
          <w:tcPr>
            <w:tcW w:type="dxa" w:w="1234"/>
          </w:tcPr>
          <w:p>
            <w:r>
              <w:t>59</w:t>
            </w:r>
          </w:p>
        </w:tc>
        <w:tc>
          <w:tcPr>
            <w:tcW w:type="dxa" w:w="1234"/>
          </w:tcPr>
          <w:p>
            <w:r>
              <w:t>department_of_education_and_training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Department of Education and Training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296</w:t>
            </w:r>
          </w:p>
        </w:tc>
      </w:tr>
      <w:tr>
        <w:tc>
          <w:tcPr>
            <w:tcW w:type="dxa" w:w="1234"/>
          </w:tcPr>
          <w:p>
            <w:r>
              <w:t>60</w:t>
            </w:r>
          </w:p>
        </w:tc>
        <w:tc>
          <w:tcPr>
            <w:tcW w:type="dxa" w:w="1234"/>
          </w:tcPr>
          <w:p>
            <w:r>
              <w:t>flinders_university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Flinders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62,988</w:t>
            </w:r>
          </w:p>
        </w:tc>
      </w:tr>
      <w:tr>
        <w:tc>
          <w:tcPr>
            <w:tcW w:type="dxa" w:w="1234"/>
          </w:tcPr>
          <w:p>
            <w:r>
              <w:t>61</w:t>
            </w:r>
          </w:p>
        </w:tc>
        <w:tc>
          <w:tcPr>
            <w:tcW w:type="dxa" w:w="1234"/>
          </w:tcPr>
          <w:p>
            <w:r>
              <w:t>fox_education_and_consultancy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Fox Education And Consultancy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</w:t>
            </w:r>
          </w:p>
        </w:tc>
      </w:tr>
      <w:tr>
        <w:tc>
          <w:tcPr>
            <w:tcW w:type="dxa" w:w="1234"/>
          </w:tcPr>
          <w:p>
            <w:r>
              <w:t>62</w:t>
            </w:r>
          </w:p>
        </w:tc>
        <w:tc>
          <w:tcPr>
            <w:tcW w:type="dxa" w:w="1234"/>
          </w:tcPr>
          <w:p>
            <w:r>
              <w:t>haileybury_rendall_school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Haileybury Rendall School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</w:t>
            </w:r>
          </w:p>
        </w:tc>
      </w:tr>
      <w:tr>
        <w:tc>
          <w:tcPr>
            <w:tcW w:type="dxa" w:w="1234"/>
          </w:tcPr>
          <w:p>
            <w:r>
              <w:t>63</w:t>
            </w:r>
          </w:p>
        </w:tc>
        <w:tc>
          <w:tcPr>
            <w:tcW w:type="dxa" w:w="1234"/>
          </w:tcPr>
          <w:p>
            <w:r>
              <w:t>international_college_of_advanced_education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International College of Advanced Education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58</w:t>
            </w:r>
          </w:p>
        </w:tc>
      </w:tr>
      <w:tr>
        <w:tc>
          <w:tcPr>
            <w:tcW w:type="dxa" w:w="1234"/>
          </w:tcPr>
          <w:p>
            <w:r>
              <w:t>64</w:t>
            </w:r>
          </w:p>
        </w:tc>
        <w:tc>
          <w:tcPr>
            <w:tcW w:type="dxa" w:w="1234"/>
          </w:tcPr>
          <w:p>
            <w:r>
              <w:t>latitude_college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Latitude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6</w:t>
            </w:r>
          </w:p>
        </w:tc>
      </w:tr>
      <w:tr>
        <w:tc>
          <w:tcPr>
            <w:tcW w:type="dxa" w:w="1234"/>
          </w:tcPr>
          <w:p>
            <w:r>
              <w:t>65</w:t>
            </w:r>
          </w:p>
        </w:tc>
        <w:tc>
          <w:tcPr>
            <w:tcW w:type="dxa" w:w="1234"/>
          </w:tcPr>
          <w:p>
            <w:r>
              <w:t>our_lady_of_the_sacred_heart_catholic_college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Our Lady of the Sacred Heart Catholic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38</w:t>
            </w:r>
          </w:p>
        </w:tc>
      </w:tr>
      <w:tr>
        <w:tc>
          <w:tcPr>
            <w:tcW w:type="dxa" w:w="1234"/>
          </w:tcPr>
          <w:p>
            <w:r>
              <w:t>66</w:t>
            </w:r>
          </w:p>
        </w:tc>
        <w:tc>
          <w:tcPr>
            <w:tcW w:type="dxa" w:w="1234"/>
          </w:tcPr>
          <w:p>
            <w:r>
              <w:t>uts_college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UTS College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3,701</w:t>
            </w:r>
          </w:p>
        </w:tc>
      </w:tr>
      <w:tr>
        <w:tc>
          <w:tcPr>
            <w:tcW w:type="dxa" w:w="1234"/>
          </w:tcPr>
          <w:p>
            <w:r>
              <w:t>67</w:t>
            </w:r>
          </w:p>
        </w:tc>
        <w:tc>
          <w:tcPr>
            <w:tcW w:type="dxa" w:w="1234"/>
          </w:tcPr>
          <w:p>
            <w:r>
              <w:t>kings_college_school_wimbledon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King's College School Wimbledon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3,840</w:t>
            </w:r>
          </w:p>
        </w:tc>
      </w:tr>
      <w:tr>
        <w:tc>
          <w:tcPr>
            <w:tcW w:type="dxa" w:w="1234"/>
          </w:tcPr>
          <w:p>
            <w:r>
              <w:t>68</w:t>
            </w:r>
          </w:p>
        </w:tc>
        <w:tc>
          <w:tcPr>
            <w:tcW w:type="dxa" w:w="1234"/>
          </w:tcPr>
          <w:p>
            <w:r>
              <w:t>singapore_management_university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Singapore Management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89,545</w:t>
            </w:r>
          </w:p>
        </w:tc>
      </w:tr>
      <w:tr>
        <w:tc>
          <w:tcPr>
            <w:tcW w:type="dxa" w:w="1234"/>
          </w:tcPr>
          <w:p>
            <w:r>
              <w:t>69</w:t>
            </w:r>
          </w:p>
        </w:tc>
        <w:tc>
          <w:tcPr>
            <w:tcW w:type="dxa" w:w="1234"/>
          </w:tcPr>
          <w:p>
            <w:r>
              <w:t>nus_business_school</w:t>
            </w:r>
          </w:p>
        </w:tc>
        <w:tc>
          <w:tcPr>
            <w:tcW w:type="dxa" w:w="1234"/>
          </w:tcPr>
          <w:p>
            <w:r>
              <w:t>China</w:t>
            </w:r>
          </w:p>
        </w:tc>
        <w:tc>
          <w:tcPr>
            <w:tcW w:type="dxa" w:w="1234"/>
          </w:tcPr>
          <w:p>
            <w:r>
              <w:t>NUS Business School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228</w:t>
            </w:r>
          </w:p>
        </w:tc>
      </w:tr>
      <w:tr>
        <w:tc>
          <w:tcPr>
            <w:tcW w:type="dxa" w:w="1234"/>
          </w:tcPr>
          <w:p>
            <w:r>
              <w:t>70</w:t>
            </w:r>
          </w:p>
        </w:tc>
        <w:tc>
          <w:tcPr>
            <w:tcW w:type="dxa" w:w="1234"/>
          </w:tcPr>
          <w:p>
            <w:r>
              <w:t>national_university_of_singapore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National University of Singapore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324,661</w:t>
            </w:r>
          </w:p>
        </w:tc>
      </w:tr>
      <w:tr>
        <w:tc>
          <w:tcPr>
            <w:tcW w:type="dxa" w:w="1234"/>
          </w:tcPr>
          <w:p>
            <w:r>
              <w:t>71</w:t>
            </w:r>
          </w:p>
        </w:tc>
        <w:tc>
          <w:tcPr>
            <w:tcW w:type="dxa" w:w="1234"/>
          </w:tcPr>
          <w:p>
            <w:r>
              <w:t>frankfurt_school_of_finance_management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Frankfurt School of Finance &amp; Management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50,922</w:t>
            </w:r>
          </w:p>
        </w:tc>
      </w:tr>
      <w:tr>
        <w:tc>
          <w:tcPr>
            <w:tcW w:type="dxa" w:w="1234"/>
          </w:tcPr>
          <w:p>
            <w:r>
              <w:t>72</w:t>
            </w:r>
          </w:p>
        </w:tc>
        <w:tc>
          <w:tcPr>
            <w:tcW w:type="dxa" w:w="1234"/>
          </w:tcPr>
          <w:p>
            <w:r>
              <w:t>arden_university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Arden University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15,348</w:t>
            </w:r>
          </w:p>
        </w:tc>
      </w:tr>
      <w:tr>
        <w:tc>
          <w:tcPr>
            <w:tcW w:type="dxa" w:w="1234"/>
          </w:tcPr>
          <w:p>
            <w:r>
              <w:t>73</w:t>
            </w:r>
          </w:p>
        </w:tc>
        <w:tc>
          <w:tcPr>
            <w:tcW w:type="dxa" w:w="1234"/>
          </w:tcPr>
          <w:p>
            <w:r>
              <w:t>institut_le_rosey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Institut Le Rosey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2,379</w:t>
            </w:r>
          </w:p>
        </w:tc>
      </w:tr>
      <w:tr>
        <w:tc>
          <w:tcPr>
            <w:tcW w:type="dxa" w:w="1234"/>
          </w:tcPr>
          <w:p>
            <w:r>
              <w:t>74</w:t>
            </w:r>
          </w:p>
        </w:tc>
        <w:tc>
          <w:tcPr>
            <w:tcW w:type="dxa" w:w="1234"/>
          </w:tcPr>
          <w:p>
            <w:r>
              <w:t>royal_college_of_surgeons_in_ireland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Royal College of Surgeons in Ireland (RCSI)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14,888</w:t>
            </w:r>
          </w:p>
        </w:tc>
      </w:tr>
      <w:tr>
        <w:tc>
          <w:tcPr>
            <w:tcW w:type="dxa" w:w="1234"/>
          </w:tcPr>
          <w:p>
            <w:r>
              <w:t>75</w:t>
            </w:r>
          </w:p>
        </w:tc>
        <w:tc>
          <w:tcPr>
            <w:tcW w:type="dxa" w:w="1234"/>
          </w:tcPr>
          <w:p>
            <w:r>
              <w:t>university_of_bath_uk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Bath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120,546</w:t>
            </w:r>
          </w:p>
        </w:tc>
      </w:tr>
      <w:tr>
        <w:tc>
          <w:tcPr>
            <w:tcW w:type="dxa" w:w="1234"/>
          </w:tcPr>
          <w:p>
            <w:r>
              <w:t>76</w:t>
            </w:r>
          </w:p>
        </w:tc>
        <w:tc>
          <w:tcPr>
            <w:tcW w:type="dxa" w:w="1234"/>
          </w:tcPr>
          <w:p>
            <w:r>
              <w:t>university_of_otago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Otago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88,102</w:t>
            </w:r>
          </w:p>
        </w:tc>
      </w:tr>
      <w:tr>
        <w:tc>
          <w:tcPr>
            <w:tcW w:type="dxa" w:w="1234"/>
          </w:tcPr>
          <w:p>
            <w:r>
              <w:t>77</w:t>
            </w:r>
          </w:p>
        </w:tc>
        <w:tc>
          <w:tcPr>
            <w:tcW w:type="dxa" w:w="1234"/>
          </w:tcPr>
          <w:p>
            <w:r>
              <w:t>leuphana_university_germany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Leuphana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26,783</w:t>
            </w:r>
          </w:p>
        </w:tc>
      </w:tr>
      <w:tr>
        <w:tc>
          <w:tcPr>
            <w:tcW w:type="dxa" w:w="1234"/>
          </w:tcPr>
          <w:p>
            <w:r>
              <w:t>78</w:t>
            </w:r>
          </w:p>
        </w:tc>
        <w:tc>
          <w:tcPr>
            <w:tcW w:type="dxa" w:w="1234"/>
          </w:tcPr>
          <w:p>
            <w:r>
              <w:t>university_of_canberra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>
              <w:t>University of Canberra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56,504</w:t>
            </w:r>
          </w:p>
        </w:tc>
      </w:tr>
      <w:tr>
        <w:tc>
          <w:tcPr>
            <w:tcW w:type="dxa" w:w="1234"/>
          </w:tcPr>
          <w:p>
            <w:r>
              <w:t>79</w:t>
            </w:r>
          </w:p>
        </w:tc>
        <w:tc>
          <w:tcPr>
            <w:tcW w:type="dxa" w:w="1234"/>
          </w:tcPr>
          <w:p>
            <w:r>
              <w:t>vice_chancellor_ww</w:t>
            </w:r>
          </w:p>
        </w:tc>
        <w:tc>
          <w:tcPr>
            <w:tcW w:type="dxa" w:w="1234"/>
          </w:tcPr>
          <w:p>
            <w:r>
              <w:t>Global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Vice Chancellor</w:t>
            </w:r>
          </w:p>
        </w:tc>
        <w:tc>
          <w:tcPr>
            <w:tcW w:type="dxa" w:w="1234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